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3D41" w14:textId="77777777" w:rsidR="009E15CB" w:rsidRDefault="00000000">
      <w:pPr>
        <w:pStyle w:val="Title"/>
        <w:jc w:val="center"/>
      </w:pPr>
      <w:r>
        <w:t>TAMILARASAN DURAI</w:t>
      </w:r>
    </w:p>
    <w:p w14:paraId="12299718" w14:textId="77777777" w:rsidR="009E15CB" w:rsidRPr="0019684C" w:rsidRDefault="00000000">
      <w:pPr>
        <w:jc w:val="center"/>
        <w:rPr>
          <w:sz w:val="26"/>
          <w:szCs w:val="26"/>
        </w:rPr>
      </w:pPr>
      <w:r w:rsidRPr="0019684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Associate Architect | Android AOSP Platform Architect</w:t>
      </w:r>
      <w:r w:rsidRPr="0019684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br/>
      </w:r>
      <w:r w:rsidRPr="0019684C">
        <w:rPr>
          <w:b/>
          <w:bCs/>
          <w:sz w:val="26"/>
          <w:szCs w:val="26"/>
        </w:rPr>
        <w:t>Bangalore | +91-9986295853 | arasan.swengr@gmail.com</w:t>
      </w:r>
    </w:p>
    <w:p w14:paraId="60963B33" w14:textId="77777777" w:rsidR="009E15CB" w:rsidRDefault="00000000">
      <w:pPr>
        <w:pStyle w:val="Heading1"/>
      </w:pPr>
      <w:r>
        <w:t>EXECUTIVE SUMMARY</w:t>
      </w:r>
    </w:p>
    <w:p w14:paraId="7E69F84D" w14:textId="77777777" w:rsidR="009E15CB" w:rsidRPr="0019684C" w:rsidRDefault="00000000">
      <w:pPr>
        <w:rPr>
          <w:sz w:val="22"/>
        </w:rPr>
      </w:pPr>
      <w:r w:rsidRPr="0019684C">
        <w:rPr>
          <w:sz w:val="22"/>
        </w:rPr>
        <w:t>Android AOSP Platform Architect with 20+ years of software engineering experience, including 13+ years in Android Platform/AOSP. Expertise in Android Framework customization, Android 11–16 OS upgrades, System Server, SystemUI, Binder IPC, boot sequence, FOTA, CTS/GTS/VTS, Qualcomm Snapdragon bring-up, platform stability, crash analysis, ANR/Watchdog debugging and technical leadership. Successfully led Android platform programs for Sony Xperia devices, collaborated with Sony, Qualcomm, Samsung and AT&amp;T, and managed engineering teams up to 20 members.</w:t>
      </w:r>
    </w:p>
    <w:p w14:paraId="4267ADF0" w14:textId="77777777" w:rsidR="009E15CB" w:rsidRDefault="00000000">
      <w:pPr>
        <w:pStyle w:val="Heading1"/>
      </w:pPr>
      <w:r>
        <w:t>CAREER HIGHLIGHTS</w:t>
      </w:r>
    </w:p>
    <w:p w14:paraId="1E88B5B8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20+ years in Embedded &amp; Mobile Software Engineering</w:t>
      </w:r>
    </w:p>
    <w:p w14:paraId="7DB00C09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13+ years in Android Platform &amp; AOSP</w:t>
      </w:r>
    </w:p>
    <w:p w14:paraId="65CABE50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 xml:space="preserve">Led Android </w:t>
      </w:r>
      <w:r w:rsidRPr="007F7D6C">
        <w:rPr>
          <w:b/>
          <w:bCs/>
          <w:sz w:val="22"/>
        </w:rPr>
        <w:t>11–16 platform upgrades across 12 Sony Xperia programs</w:t>
      </w:r>
    </w:p>
    <w:p w14:paraId="2DF3E572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 xml:space="preserve">Led teams of up to </w:t>
      </w:r>
      <w:r w:rsidRPr="007F7D6C">
        <w:rPr>
          <w:b/>
          <w:bCs/>
          <w:sz w:val="22"/>
        </w:rPr>
        <w:t>20 engineers</w:t>
      </w:r>
      <w:r w:rsidRPr="0019684C">
        <w:rPr>
          <w:sz w:val="22"/>
        </w:rPr>
        <w:t xml:space="preserve"> and mentored junior engineers</w:t>
      </w:r>
    </w:p>
    <w:p w14:paraId="00B60CDA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Reduced Android platform issue backlog by 50%</w:t>
      </w:r>
    </w:p>
    <w:p w14:paraId="6317B0C7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Program Manager for Multimedia, Audio, FOTA &amp; Diagnostics</w:t>
      </w:r>
    </w:p>
    <w:p w14:paraId="1EE5BB3B" w14:textId="38ABAB29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 xml:space="preserve">International onsite experience: </w:t>
      </w:r>
      <w:r w:rsidRPr="007F7D6C">
        <w:rPr>
          <w:b/>
          <w:bCs/>
          <w:sz w:val="22"/>
        </w:rPr>
        <w:t>Tokyo, San Diego</w:t>
      </w:r>
      <w:r w:rsidR="007F7D6C" w:rsidRPr="007F7D6C">
        <w:rPr>
          <w:b/>
          <w:bCs/>
          <w:sz w:val="22"/>
        </w:rPr>
        <w:t>(H1B)</w:t>
      </w:r>
      <w:r w:rsidRPr="007F7D6C">
        <w:rPr>
          <w:b/>
          <w:bCs/>
          <w:sz w:val="22"/>
        </w:rPr>
        <w:t>, Bellevue, South Korea</w:t>
      </w:r>
    </w:p>
    <w:p w14:paraId="6E4C8BD1" w14:textId="77777777" w:rsidR="009E15CB" w:rsidRPr="0019684C" w:rsidRDefault="00000000">
      <w:pPr>
        <w:pStyle w:val="ListBullet"/>
        <w:rPr>
          <w:sz w:val="22"/>
        </w:rPr>
      </w:pPr>
      <w:r w:rsidRPr="007F7D6C">
        <w:rPr>
          <w:b/>
          <w:bCs/>
          <w:sz w:val="22"/>
        </w:rPr>
        <w:t>LTTS Hackathon 2026</w:t>
      </w:r>
      <w:r w:rsidRPr="0019684C">
        <w:rPr>
          <w:sz w:val="22"/>
        </w:rPr>
        <w:t xml:space="preserve"> – Jury Award</w:t>
      </w:r>
    </w:p>
    <w:p w14:paraId="099CB269" w14:textId="77777777" w:rsidR="009E15CB" w:rsidRDefault="00000000">
      <w:pPr>
        <w:pStyle w:val="Heading1"/>
      </w:pPr>
      <w:r>
        <w:t>TECHNICAL EXPERTISE</w:t>
      </w:r>
    </w:p>
    <w:p w14:paraId="5B7525C2" w14:textId="77777777" w:rsidR="009E15CB" w:rsidRPr="0019684C" w:rsidRDefault="00000000">
      <w:pPr>
        <w:rPr>
          <w:sz w:val="22"/>
        </w:rPr>
      </w:pPr>
      <w:r w:rsidRPr="0019684C">
        <w:rPr>
          <w:sz w:val="22"/>
        </w:rPr>
        <w:t>Platform: Android 11–16, AOSP, Qualcomm Snapdragon</w:t>
      </w:r>
      <w:r w:rsidRPr="0019684C">
        <w:rPr>
          <w:sz w:val="22"/>
        </w:rPr>
        <w:br/>
        <w:t>Framework: System Server, SystemUI, Binder IPC, Boot Sequence, FOTA, Multimedia, Audio</w:t>
      </w:r>
      <w:r w:rsidRPr="0019684C">
        <w:rPr>
          <w:sz w:val="22"/>
        </w:rPr>
        <w:br/>
        <w:t>Validation: CTS, GTS, VTS</w:t>
      </w:r>
      <w:r w:rsidRPr="0019684C">
        <w:rPr>
          <w:sz w:val="22"/>
        </w:rPr>
        <w:br/>
        <w:t>Debugging: ANR, Watchdog, Tombstones, Kernel/User-space, Trace32, Logcat, ADB</w:t>
      </w:r>
      <w:r w:rsidRPr="0019684C">
        <w:rPr>
          <w:sz w:val="22"/>
        </w:rPr>
        <w:br/>
        <w:t>Languages: C, C++, Java, Kotlin, Python</w:t>
      </w:r>
      <w:r w:rsidRPr="0019684C">
        <w:rPr>
          <w:sz w:val="22"/>
        </w:rPr>
        <w:br/>
        <w:t>Tools: Android Studio, Eclipse, Git, JIRA</w:t>
      </w:r>
    </w:p>
    <w:p w14:paraId="3836657C" w14:textId="77777777" w:rsidR="009E15CB" w:rsidRDefault="00000000">
      <w:pPr>
        <w:pStyle w:val="Heading1"/>
      </w:pPr>
      <w:r>
        <w:t>KEY PROJECTS</w:t>
      </w:r>
    </w:p>
    <w:p w14:paraId="43D2B48E" w14:textId="241894B2" w:rsidR="009E15CB" w:rsidRPr="0019684C" w:rsidRDefault="00000000" w:rsidP="0019684C">
      <w:pPr>
        <w:rPr>
          <w:sz w:val="22"/>
        </w:rPr>
      </w:pPr>
      <w:r w:rsidRPr="0019684C">
        <w:rPr>
          <w:b/>
          <w:sz w:val="22"/>
        </w:rPr>
        <w:t xml:space="preserve">Sony Xperia Android OS </w:t>
      </w:r>
      <w:r w:rsidR="0019684C" w:rsidRPr="0019684C">
        <w:rPr>
          <w:b/>
          <w:sz w:val="22"/>
        </w:rPr>
        <w:t>Upgrade</w:t>
      </w:r>
      <w:r w:rsidR="0019684C">
        <w:rPr>
          <w:b/>
          <w:sz w:val="22"/>
        </w:rPr>
        <w:t xml:space="preserve">: </w:t>
      </w:r>
      <w:r w:rsidRPr="0019684C">
        <w:rPr>
          <w:sz w:val="22"/>
        </w:rPr>
        <w:t>Led Android 11–16 migration, Framework customization, stability improvements, FOTA integration and certification across 12 Xperia products.</w:t>
      </w:r>
    </w:p>
    <w:p w14:paraId="215DC80D" w14:textId="44D772A2" w:rsidR="009E15CB" w:rsidRPr="0019684C" w:rsidRDefault="00000000" w:rsidP="0019684C">
      <w:pPr>
        <w:rPr>
          <w:sz w:val="22"/>
        </w:rPr>
      </w:pPr>
      <w:r w:rsidRPr="0019684C">
        <w:rPr>
          <w:b/>
          <w:sz w:val="22"/>
        </w:rPr>
        <w:lastRenderedPageBreak/>
        <w:t>Android Multimedia, Audio, FOTA &amp; Diagnostics</w:t>
      </w:r>
      <w:r w:rsidR="007F7D6C">
        <w:rPr>
          <w:b/>
          <w:sz w:val="22"/>
        </w:rPr>
        <w:t>: Managed</w:t>
      </w:r>
      <w:r w:rsidRPr="0019684C">
        <w:rPr>
          <w:sz w:val="22"/>
        </w:rPr>
        <w:t xml:space="preserve"> delivery teams, customer reviews, release planning and execution.</w:t>
      </w:r>
    </w:p>
    <w:p w14:paraId="43DEC5FE" w14:textId="023523F8" w:rsidR="009E15CB" w:rsidRPr="0019684C" w:rsidRDefault="00000000" w:rsidP="0019684C">
      <w:pPr>
        <w:rPr>
          <w:sz w:val="22"/>
        </w:rPr>
      </w:pPr>
      <w:r w:rsidRPr="0019684C">
        <w:rPr>
          <w:b/>
          <w:sz w:val="22"/>
        </w:rPr>
        <w:t>Qualcomm ADSP Bring-up</w:t>
      </w:r>
      <w:r w:rsidR="0019684C">
        <w:rPr>
          <w:b/>
          <w:sz w:val="22"/>
        </w:rPr>
        <w:t xml:space="preserve">: </w:t>
      </w:r>
      <w:r w:rsidRPr="0019684C">
        <w:rPr>
          <w:sz w:val="22"/>
        </w:rPr>
        <w:t>Worked on MSM8974/MSM8994 bring-up, ADSP debugging, Build &amp; Integration and Trace32 analysis.</w:t>
      </w:r>
    </w:p>
    <w:p w14:paraId="1C0C40A8" w14:textId="6470C697" w:rsidR="0019684C" w:rsidRPr="0019684C" w:rsidRDefault="00000000" w:rsidP="0019684C">
      <w:pPr>
        <w:rPr>
          <w:sz w:val="22"/>
        </w:rPr>
      </w:pPr>
      <w:r w:rsidRPr="0019684C">
        <w:rPr>
          <w:b/>
          <w:sz w:val="22"/>
        </w:rPr>
        <w:t>Android TV Middleware</w:t>
      </w:r>
      <w:r w:rsidR="0019684C">
        <w:rPr>
          <w:b/>
          <w:sz w:val="22"/>
        </w:rPr>
        <w:t xml:space="preserve">: </w:t>
      </w:r>
      <w:r w:rsidRPr="0019684C">
        <w:rPr>
          <w:sz w:val="22"/>
        </w:rPr>
        <w:t xml:space="preserve">Led middleware, </w:t>
      </w:r>
      <w:proofErr w:type="spellStart"/>
      <w:r w:rsidRPr="0019684C">
        <w:rPr>
          <w:sz w:val="22"/>
        </w:rPr>
        <w:t>ExoPlayer</w:t>
      </w:r>
      <w:proofErr w:type="spellEnd"/>
      <w:r w:rsidRPr="0019684C">
        <w:rPr>
          <w:sz w:val="22"/>
        </w:rPr>
        <w:t xml:space="preserve"> integration and playback features for broadcast streaming.</w:t>
      </w:r>
    </w:p>
    <w:p w14:paraId="057859BC" w14:textId="44A22903" w:rsidR="009E15CB" w:rsidRDefault="00000000" w:rsidP="0019684C">
      <w:pPr>
        <w:pStyle w:val="Heading1"/>
      </w:pPr>
      <w:r>
        <w:t>PROFESSIONAL EXPERIENCE</w:t>
      </w:r>
    </w:p>
    <w:p w14:paraId="751722A3" w14:textId="77777777" w:rsidR="009E15CB" w:rsidRDefault="00000000">
      <w:pPr>
        <w:pStyle w:val="Heading2"/>
      </w:pPr>
      <w:r>
        <w:t>L&amp;T Technology Services | Associate Architect / Specialist</w:t>
      </w:r>
    </w:p>
    <w:p w14:paraId="1398C0E7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Led Android platform engineering and Sony Xperia Android 11–16 upgrade programs.</w:t>
      </w:r>
    </w:p>
    <w:p w14:paraId="662D10CB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Provided technical leadership for Android Framework, SystemUI, System Server, FOTA and platform stability.</w:t>
      </w:r>
    </w:p>
    <w:p w14:paraId="69EA2265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Owned CTS/GTS/VTS issue resolution, ANR/Watchdog analysis and root cause investigations.</w:t>
      </w:r>
    </w:p>
    <w:p w14:paraId="5636770C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Collaborated with OEMs and chipset vendors to deliver production Android releases.</w:t>
      </w:r>
    </w:p>
    <w:p w14:paraId="0281F8F4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Led customer reviews, architecture discussions, technical proposals and mentoring.</w:t>
      </w:r>
    </w:p>
    <w:p w14:paraId="4F386A34" w14:textId="77777777" w:rsidR="009E15CB" w:rsidRDefault="00000000">
      <w:pPr>
        <w:pStyle w:val="Heading2"/>
      </w:pPr>
      <w:r>
        <w:t>Wipro Technologies | Technical Architect</w:t>
      </w:r>
    </w:p>
    <w:p w14:paraId="424F2442" w14:textId="77777777" w:rsidR="009E15CB" w:rsidRDefault="00000000">
      <w:pPr>
        <w:pStyle w:val="ListBullet"/>
      </w:pPr>
      <w:r w:rsidRPr="0019684C">
        <w:rPr>
          <w:sz w:val="22"/>
        </w:rPr>
        <w:t>Led Android TV middleware development, ExoPlayer integration, playback framework and broadcast streaming solutions</w:t>
      </w:r>
      <w:r>
        <w:t>.</w:t>
      </w:r>
    </w:p>
    <w:p w14:paraId="712EE0E0" w14:textId="77777777" w:rsidR="009E15CB" w:rsidRDefault="00000000">
      <w:pPr>
        <w:pStyle w:val="Heading2"/>
      </w:pPr>
      <w:r>
        <w:t>L&amp;T Technology Services | Project Leader</w:t>
      </w:r>
    </w:p>
    <w:p w14:paraId="2E75D69B" w14:textId="77777777" w:rsidR="009E15CB" w:rsidRPr="0019684C" w:rsidRDefault="00000000">
      <w:pPr>
        <w:pStyle w:val="ListBullet"/>
        <w:rPr>
          <w:sz w:val="22"/>
        </w:rPr>
      </w:pPr>
      <w:r w:rsidRPr="0019684C">
        <w:rPr>
          <w:sz w:val="22"/>
        </w:rPr>
        <w:t>Android Framework customization for Sony, Qualcomm ADSP debugging and OEM platform integration.</w:t>
      </w:r>
    </w:p>
    <w:p w14:paraId="79B6BB11" w14:textId="77777777" w:rsidR="009E15CB" w:rsidRDefault="00000000">
      <w:pPr>
        <w:pStyle w:val="Heading2"/>
      </w:pPr>
      <w:r>
        <w:t>Earlier Experience</w:t>
      </w:r>
    </w:p>
    <w:p w14:paraId="1D22BE95" w14:textId="72D0C0D7" w:rsidR="0019684C" w:rsidRPr="0019684C" w:rsidRDefault="00000000">
      <w:pPr>
        <w:rPr>
          <w:sz w:val="22"/>
        </w:rPr>
      </w:pPr>
      <w:r w:rsidRPr="0019684C">
        <w:rPr>
          <w:sz w:val="22"/>
        </w:rPr>
        <w:t>Aricent – Senior Software Engineer</w:t>
      </w:r>
      <w:r w:rsidRPr="0019684C">
        <w:rPr>
          <w:sz w:val="22"/>
        </w:rPr>
        <w:br/>
        <w:t>Samsung SISO – Senior Software Engineer</w:t>
      </w:r>
      <w:r w:rsidR="0019684C">
        <w:rPr>
          <w:sz w:val="22"/>
        </w:rPr>
        <w:t xml:space="preserve"> </w:t>
      </w:r>
    </w:p>
    <w:p w14:paraId="107447B6" w14:textId="2FE04EA2" w:rsidR="009E15CB" w:rsidRDefault="00000000" w:rsidP="0019684C">
      <w:pPr>
        <w:pStyle w:val="Heading1"/>
        <w:rPr>
          <w:sz w:val="22"/>
        </w:rPr>
      </w:pPr>
      <w:r>
        <w:t>EDUCATION</w:t>
      </w:r>
      <w:r w:rsidRPr="0019684C">
        <w:rPr>
          <w:sz w:val="22"/>
        </w:rPr>
        <w:br/>
        <w:t>B.E. Electronics – National Institute of Technology (NIT), Surat</w:t>
      </w:r>
    </w:p>
    <w:p w14:paraId="59AA7D6A" w14:textId="7C9A4231" w:rsidR="0019684C" w:rsidRPr="0019684C" w:rsidRDefault="0019684C" w:rsidP="0019684C">
      <w:r w:rsidRPr="0019684C">
        <w:rPr>
          <w:sz w:val="22"/>
        </w:rPr>
        <w:t>M.E. Applied Electronics – Govt. College of Technology, Anna University</w:t>
      </w:r>
    </w:p>
    <w:p w14:paraId="57EFBFB9" w14:textId="77777777" w:rsidR="009E15CB" w:rsidRDefault="00000000">
      <w:pPr>
        <w:pStyle w:val="Heading1"/>
      </w:pPr>
      <w:r>
        <w:t>AWARDS</w:t>
      </w:r>
    </w:p>
    <w:p w14:paraId="18EDCC24" w14:textId="18557903" w:rsidR="0019684C" w:rsidRPr="0019684C" w:rsidRDefault="00000000">
      <w:pPr>
        <w:rPr>
          <w:sz w:val="22"/>
        </w:rPr>
      </w:pPr>
      <w:r w:rsidRPr="0019684C">
        <w:rPr>
          <w:sz w:val="22"/>
        </w:rPr>
        <w:t>LTTS Hackathon Jury Award (2026)</w:t>
      </w:r>
      <w:r w:rsidRPr="0019684C">
        <w:rPr>
          <w:sz w:val="22"/>
        </w:rPr>
        <w:br/>
        <w:t>SOM Award, SPOT Awards, Qualcomm Client Appreciation, Best Performer Award</w:t>
      </w:r>
      <w:r w:rsidR="0019684C">
        <w:rPr>
          <w:sz w:val="22"/>
        </w:rPr>
        <w:t>, School Topper – 10</w:t>
      </w:r>
      <w:r w:rsidR="0019684C" w:rsidRPr="0019684C">
        <w:rPr>
          <w:sz w:val="22"/>
          <w:vertAlign w:val="superscript"/>
        </w:rPr>
        <w:t>th</w:t>
      </w:r>
      <w:r w:rsidR="0019684C">
        <w:rPr>
          <w:sz w:val="22"/>
        </w:rPr>
        <w:t xml:space="preserve"> and 12th</w:t>
      </w:r>
    </w:p>
    <w:sectPr w:rsidR="0019684C" w:rsidRPr="001968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1943068">
    <w:abstractNumId w:val="8"/>
  </w:num>
  <w:num w:numId="2" w16cid:durableId="86196528">
    <w:abstractNumId w:val="6"/>
  </w:num>
  <w:num w:numId="3" w16cid:durableId="1148984126">
    <w:abstractNumId w:val="5"/>
  </w:num>
  <w:num w:numId="4" w16cid:durableId="565141106">
    <w:abstractNumId w:val="4"/>
  </w:num>
  <w:num w:numId="5" w16cid:durableId="1084768559">
    <w:abstractNumId w:val="7"/>
  </w:num>
  <w:num w:numId="6" w16cid:durableId="1458990211">
    <w:abstractNumId w:val="3"/>
  </w:num>
  <w:num w:numId="7" w16cid:durableId="1296839541">
    <w:abstractNumId w:val="2"/>
  </w:num>
  <w:num w:numId="8" w16cid:durableId="1662658638">
    <w:abstractNumId w:val="1"/>
  </w:num>
  <w:num w:numId="9" w16cid:durableId="65568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684C"/>
    <w:rsid w:val="0029639D"/>
    <w:rsid w:val="00326F90"/>
    <w:rsid w:val="007059F0"/>
    <w:rsid w:val="007F7D6C"/>
    <w:rsid w:val="009E15CB"/>
    <w:rsid w:val="00AA1D8D"/>
    <w:rsid w:val="00B47730"/>
    <w:rsid w:val="00CB0664"/>
    <w:rsid w:val="00E16D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D98CE"/>
  <w14:defaultImageDpi w14:val="300"/>
  <w15:docId w15:val="{B222B09A-090F-42BC-8F3F-53DA36C1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2819</Characters>
  <Application>Microsoft Office Word</Application>
  <DocSecurity>0</DocSecurity>
  <Lines>59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Tamilarasan Durai</cp:lastModifiedBy>
  <cp:revision>2</cp:revision>
  <dcterms:created xsi:type="dcterms:W3CDTF">2026-07-17T13:24:00Z</dcterms:created>
  <dcterms:modified xsi:type="dcterms:W3CDTF">2026-07-17T13:24:00Z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b46c77-3b58-4101-b463-cd3b3d516e4a_Enabled">
    <vt:lpwstr>true</vt:lpwstr>
  </property>
  <property fmtid="{D5CDD505-2E9C-101B-9397-08002B2CF9AE}" pid="3" name="MSIP_Label_3bb46c77-3b58-4101-b463-cd3b3d516e4a_SetDate">
    <vt:lpwstr>2026-07-17T13:15:44Z</vt:lpwstr>
  </property>
  <property fmtid="{D5CDD505-2E9C-101B-9397-08002B2CF9AE}" pid="4" name="MSIP_Label_3bb46c77-3b58-4101-b463-cd3b3d516e4a_Method">
    <vt:lpwstr>Privileged</vt:lpwstr>
  </property>
  <property fmtid="{D5CDD505-2E9C-101B-9397-08002B2CF9AE}" pid="5" name="MSIP_Label_3bb46c77-3b58-4101-b463-cd3b3d516e4a_Name">
    <vt:lpwstr>Non-Business</vt:lpwstr>
  </property>
  <property fmtid="{D5CDD505-2E9C-101B-9397-08002B2CF9AE}" pid="6" name="MSIP_Label_3bb46c77-3b58-4101-b463-cd3b3d516e4a_SiteId">
    <vt:lpwstr>311b3378-8e8a-4b5e-a33f-e80a3d8ba60a</vt:lpwstr>
  </property>
  <property fmtid="{D5CDD505-2E9C-101B-9397-08002B2CF9AE}" pid="7" name="MSIP_Label_3bb46c77-3b58-4101-b463-cd3b3d516e4a_ActionId">
    <vt:lpwstr>6449ac32-71b1-49e7-9198-9cff7bc743e2</vt:lpwstr>
  </property>
  <property fmtid="{D5CDD505-2E9C-101B-9397-08002B2CF9AE}" pid="8" name="MSIP_Label_3bb46c77-3b58-4101-b463-cd3b3d516e4a_ContentBits">
    <vt:lpwstr>0</vt:lpwstr>
  </property>
  <property fmtid="{D5CDD505-2E9C-101B-9397-08002B2CF9AE}" pid="9" name="MSIP_Label_3bb46c77-3b58-4101-b463-cd3b3d516e4a_Tag">
    <vt:lpwstr>10, 0, 1, 1</vt:lpwstr>
  </property>
</Properties>
</file>